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FBF61" w14:textId="0CD96789" w:rsidR="00A1223D" w:rsidRPr="00A1223D" w:rsidRDefault="00A1223D" w:rsidP="00A1223D">
      <w:pPr>
        <w:ind w:left="-567" w:firstLine="567"/>
        <w:jc w:val="center"/>
        <w:rPr>
          <w:b/>
          <w:sz w:val="28"/>
          <w:lang w:val="es-EC"/>
        </w:rPr>
      </w:pPr>
      <w:r w:rsidRPr="00A1223D">
        <w:rPr>
          <w:b/>
          <w:noProof/>
          <w:sz w:val="28"/>
          <w:lang w:val="es-EC"/>
        </w:rPr>
        <w:drawing>
          <wp:anchor distT="0" distB="0" distL="114300" distR="114300" simplePos="0" relativeHeight="251660288" behindDoc="0" locked="0" layoutInCell="1" allowOverlap="1" wp14:anchorId="155C166E" wp14:editId="38EB8344">
            <wp:simplePos x="0" y="0"/>
            <wp:positionH relativeFrom="column">
              <wp:posOffset>4903470</wp:posOffset>
            </wp:positionH>
            <wp:positionV relativeFrom="paragraph">
              <wp:posOffset>8255</wp:posOffset>
            </wp:positionV>
            <wp:extent cx="720090" cy="708025"/>
            <wp:effectExtent l="0" t="0" r="3810" b="0"/>
            <wp:wrapSquare wrapText="bothSides"/>
            <wp:docPr id="209602446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223D">
        <w:rPr>
          <w:noProof/>
          <w:lang w:val="es-EC"/>
        </w:rPr>
        <w:drawing>
          <wp:anchor distT="0" distB="0" distL="114300" distR="114300" simplePos="0" relativeHeight="251661312" behindDoc="0" locked="0" layoutInCell="1" allowOverlap="1" wp14:anchorId="74C5E8C5" wp14:editId="1343B764">
            <wp:simplePos x="0" y="0"/>
            <wp:positionH relativeFrom="column">
              <wp:posOffset>3028950</wp:posOffset>
            </wp:positionH>
            <wp:positionV relativeFrom="paragraph">
              <wp:posOffset>0</wp:posOffset>
            </wp:positionV>
            <wp:extent cx="769620" cy="783891"/>
            <wp:effectExtent l="0" t="0" r="0" b="0"/>
            <wp:wrapSquare wrapText="bothSides"/>
            <wp:docPr id="77178172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783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5780825" wp14:editId="3548896A">
            <wp:simplePos x="0" y="0"/>
            <wp:positionH relativeFrom="page">
              <wp:posOffset>-449580</wp:posOffset>
            </wp:positionH>
            <wp:positionV relativeFrom="paragraph">
              <wp:posOffset>-594360</wp:posOffset>
            </wp:positionV>
            <wp:extent cx="8258175" cy="10248900"/>
            <wp:effectExtent l="0" t="0" r="9525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8175" cy="1024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8DC025" w14:textId="42E25A73" w:rsidR="00D8766D" w:rsidRDefault="00D8766D" w:rsidP="003B14D7">
      <w:pPr>
        <w:ind w:left="-567" w:firstLine="567"/>
        <w:jc w:val="center"/>
        <w:rPr>
          <w:b/>
          <w:sz w:val="28"/>
          <w:lang w:val="es-EC"/>
        </w:rPr>
      </w:pPr>
    </w:p>
    <w:p w14:paraId="720A5006" w14:textId="77777777" w:rsidR="00D8766D" w:rsidRDefault="00D8766D">
      <w:pPr>
        <w:jc w:val="center"/>
        <w:rPr>
          <w:b/>
          <w:sz w:val="28"/>
          <w:lang w:val="es-EC"/>
        </w:rPr>
      </w:pPr>
    </w:p>
    <w:p w14:paraId="027DF24C" w14:textId="70EDDCC8" w:rsidR="00CC1A95" w:rsidRPr="00D55071" w:rsidRDefault="00730946" w:rsidP="00016460">
      <w:pPr>
        <w:spacing w:line="360" w:lineRule="auto"/>
        <w:jc w:val="center"/>
        <w:rPr>
          <w:lang w:val="es-EC"/>
        </w:rPr>
      </w:pPr>
      <w:r w:rsidRPr="00D55071">
        <w:rPr>
          <w:b/>
          <w:sz w:val="28"/>
          <w:lang w:val="es-EC"/>
        </w:rPr>
        <w:t xml:space="preserve">UNIDAD EDUCATIVA </w:t>
      </w:r>
      <w:r w:rsidR="003B14D7">
        <w:rPr>
          <w:b/>
          <w:sz w:val="28"/>
          <w:lang w:val="es-EC"/>
        </w:rPr>
        <w:t>“</w:t>
      </w:r>
      <w:r w:rsidRPr="00D55071">
        <w:rPr>
          <w:b/>
          <w:sz w:val="28"/>
          <w:lang w:val="es-EC"/>
        </w:rPr>
        <w:t>HERMANO MIGUEL</w:t>
      </w:r>
      <w:r w:rsidR="003B14D7">
        <w:rPr>
          <w:b/>
          <w:sz w:val="28"/>
          <w:lang w:val="es-EC"/>
        </w:rPr>
        <w:t>”</w:t>
      </w:r>
      <w:r w:rsidRPr="00D55071">
        <w:rPr>
          <w:b/>
          <w:sz w:val="28"/>
          <w:lang w:val="es-EC"/>
        </w:rPr>
        <w:t xml:space="preserve"> LA SALLE – ATUNTAQUI</w:t>
      </w:r>
    </w:p>
    <w:p w14:paraId="34C4FADE" w14:textId="24AB81A3" w:rsidR="00CC1A95" w:rsidRPr="00D55071" w:rsidRDefault="00016460" w:rsidP="00D55071">
      <w:pPr>
        <w:rPr>
          <w:lang w:val="es-EC"/>
        </w:rPr>
      </w:pPr>
      <w:r>
        <w:rPr>
          <w:b/>
          <w:bCs/>
          <w:lang w:val="es-EC"/>
        </w:rPr>
        <w:t>Dirigido a:</w:t>
      </w:r>
      <w:r w:rsidRPr="00D55071">
        <w:rPr>
          <w:lang w:val="es-EC"/>
        </w:rPr>
        <w:t xml:space="preserve"> Hno. MSc. Yamil Paniagua</w:t>
      </w:r>
      <w:r>
        <w:rPr>
          <w:lang w:val="es-EC"/>
        </w:rPr>
        <w:t xml:space="preserve">, rector </w:t>
      </w:r>
    </w:p>
    <w:p w14:paraId="32E5673A" w14:textId="22B91B22" w:rsidR="00CC1A95" w:rsidRPr="00D55071" w:rsidRDefault="00730946" w:rsidP="00D55071">
      <w:pPr>
        <w:rPr>
          <w:b/>
          <w:bCs/>
          <w:lang w:val="es-EC"/>
        </w:rPr>
      </w:pPr>
      <w:r w:rsidRPr="00D55071">
        <w:rPr>
          <w:b/>
          <w:bCs/>
          <w:lang w:val="es-EC"/>
        </w:rPr>
        <w:t>DATOS DEL ESTUDIANTE</w:t>
      </w:r>
    </w:p>
    <w:p w14:paraId="25B5E880" w14:textId="77777777" w:rsidR="00CC1A95" w:rsidRPr="00D55071" w:rsidRDefault="00730946">
      <w:pPr>
        <w:rPr>
          <w:lang w:val="es-EC"/>
        </w:rPr>
      </w:pPr>
      <w:r w:rsidRPr="00D55071">
        <w:rPr>
          <w:lang w:val="es-EC"/>
        </w:rPr>
        <w:t>Nombre del estudiante: ______________________________</w:t>
      </w:r>
    </w:p>
    <w:p w14:paraId="4EA53477" w14:textId="307B5765" w:rsidR="00CC1A95" w:rsidRPr="00D55071" w:rsidRDefault="00730946">
      <w:pPr>
        <w:rPr>
          <w:lang w:val="es-EC"/>
        </w:rPr>
      </w:pPr>
      <w:r w:rsidRPr="00D55071">
        <w:rPr>
          <w:lang w:val="es-EC"/>
        </w:rPr>
        <w:t xml:space="preserve">Curso / Paralelo: </w:t>
      </w:r>
      <w:r w:rsidRPr="00D55071">
        <w:rPr>
          <w:lang w:val="es-EC"/>
        </w:rPr>
        <w:t>______________________________</w:t>
      </w:r>
      <w:r w:rsidR="00B47045">
        <w:rPr>
          <w:lang w:val="es-EC"/>
        </w:rPr>
        <w:t>________</w:t>
      </w:r>
    </w:p>
    <w:p w14:paraId="32DA9B63" w14:textId="241C75B6" w:rsidR="00CC1A95" w:rsidRPr="00D55071" w:rsidRDefault="00730946">
      <w:pPr>
        <w:rPr>
          <w:lang w:val="es-EC"/>
        </w:rPr>
      </w:pPr>
      <w:r w:rsidRPr="00D55071">
        <w:rPr>
          <w:lang w:val="es-EC"/>
        </w:rPr>
        <w:t>Fecha de inasistencia: ______________________________</w:t>
      </w:r>
      <w:r w:rsidR="00B47045">
        <w:rPr>
          <w:lang w:val="es-EC"/>
        </w:rPr>
        <w:t>__</w:t>
      </w:r>
    </w:p>
    <w:p w14:paraId="0787FCDC" w14:textId="2918B241" w:rsidR="00CC1A95" w:rsidRPr="00D55071" w:rsidRDefault="00730946" w:rsidP="00D55071">
      <w:pPr>
        <w:rPr>
          <w:b/>
          <w:bCs/>
          <w:lang w:val="es-EC"/>
        </w:rPr>
      </w:pPr>
      <w:r w:rsidRPr="00D55071">
        <w:rPr>
          <w:b/>
          <w:bCs/>
          <w:lang w:val="es-EC"/>
        </w:rPr>
        <w:t>JUSTIFICACIÓN</w:t>
      </w:r>
    </w:p>
    <w:p w14:paraId="6B4AC8F0" w14:textId="2655924E" w:rsidR="00016460" w:rsidRDefault="00730946">
      <w:pPr>
        <w:rPr>
          <w:lang w:val="es-EC"/>
        </w:rPr>
      </w:pPr>
      <w:r w:rsidRPr="00D55071">
        <w:rPr>
          <w:lang w:val="es-EC"/>
        </w:rPr>
        <w:t xml:space="preserve">Yo, (nombre del padre/madre/representante </w:t>
      </w:r>
      <w:r w:rsidR="00016460" w:rsidRPr="00D55071">
        <w:rPr>
          <w:lang w:val="es-EC"/>
        </w:rPr>
        <w:t>legal)</w:t>
      </w:r>
      <w:r w:rsidR="00016460">
        <w:rPr>
          <w:lang w:val="es-EC"/>
        </w:rPr>
        <w:t xml:space="preserve"> _____________</w:t>
      </w:r>
      <w:r w:rsidRPr="00D55071">
        <w:rPr>
          <w:lang w:val="es-EC"/>
        </w:rPr>
        <w:t>____________________________</w:t>
      </w:r>
      <w:r w:rsidR="00B47045">
        <w:rPr>
          <w:lang w:val="es-EC"/>
        </w:rPr>
        <w:t>____</w:t>
      </w:r>
      <w:r w:rsidRPr="00D55071">
        <w:rPr>
          <w:lang w:val="es-EC"/>
        </w:rPr>
        <w:t xml:space="preserve">, </w:t>
      </w:r>
    </w:p>
    <w:p w14:paraId="06FC39E0" w14:textId="37FAF880" w:rsidR="00CC1A95" w:rsidRPr="00D55071" w:rsidRDefault="00730946">
      <w:pPr>
        <w:rPr>
          <w:lang w:val="es-EC"/>
        </w:rPr>
      </w:pPr>
      <w:r w:rsidRPr="00D55071">
        <w:rPr>
          <w:lang w:val="es-EC"/>
        </w:rPr>
        <w:t xml:space="preserve">con cédula </w:t>
      </w:r>
      <w:r w:rsidR="00016460" w:rsidRPr="00D55071">
        <w:rPr>
          <w:lang w:val="es-EC"/>
        </w:rPr>
        <w:t>N.º</w:t>
      </w:r>
      <w:r w:rsidRPr="00D55071">
        <w:rPr>
          <w:lang w:val="es-EC"/>
        </w:rPr>
        <w:t xml:space="preserve"> __________________, representando a mi hijo(a), justifico la(s) inasistencia(s) en la fecha indicada por el siguiente motivo:</w:t>
      </w:r>
    </w:p>
    <w:p w14:paraId="1544F176" w14:textId="77777777" w:rsidR="00CC1A95" w:rsidRPr="00D55071" w:rsidRDefault="00730946">
      <w:pPr>
        <w:rPr>
          <w:lang w:val="es-EC"/>
        </w:rPr>
      </w:pPr>
      <w:r w:rsidRPr="00D55071">
        <w:rPr>
          <w:lang w:val="es-EC"/>
        </w:rPr>
        <w:t>☐</w:t>
      </w:r>
      <w:r w:rsidRPr="00D55071">
        <w:rPr>
          <w:lang w:val="es-EC"/>
        </w:rPr>
        <w:t xml:space="preserve"> Calamidad doméstica: ____________________________</w:t>
      </w:r>
    </w:p>
    <w:p w14:paraId="10F0005B" w14:textId="77777777" w:rsidR="00CC1A95" w:rsidRPr="00D55071" w:rsidRDefault="00730946">
      <w:pPr>
        <w:rPr>
          <w:lang w:val="es-EC"/>
        </w:rPr>
      </w:pPr>
      <w:r w:rsidRPr="00D55071">
        <w:rPr>
          <w:lang w:val="es-EC"/>
        </w:rPr>
        <w:t>☐</w:t>
      </w:r>
      <w:r w:rsidRPr="00D55071">
        <w:rPr>
          <w:lang w:val="es-EC"/>
        </w:rPr>
        <w:t xml:space="preserve"> Enfermedad tratada en casa (describa brevemente el malestar o situación): __________________________________________</w:t>
      </w:r>
    </w:p>
    <w:p w14:paraId="624A5748" w14:textId="77777777" w:rsidR="00CC1A95" w:rsidRPr="00D55071" w:rsidRDefault="00730946">
      <w:pPr>
        <w:rPr>
          <w:lang w:val="es-EC"/>
        </w:rPr>
      </w:pPr>
      <w:r w:rsidRPr="00D55071">
        <w:rPr>
          <w:lang w:val="es-EC"/>
        </w:rPr>
        <w:t>☐</w:t>
      </w:r>
      <w:r w:rsidRPr="00D55071">
        <w:rPr>
          <w:lang w:val="es-EC"/>
        </w:rPr>
        <w:t xml:space="preserve"> Atención médica (adjuntar certificado): ____________________________</w:t>
      </w:r>
    </w:p>
    <w:p w14:paraId="59035626" w14:textId="4158017D" w:rsidR="00CC1A95" w:rsidRPr="00D55071" w:rsidRDefault="00730946">
      <w:pPr>
        <w:rPr>
          <w:lang w:val="es-EC"/>
        </w:rPr>
      </w:pPr>
      <w:r w:rsidRPr="00D55071">
        <w:rPr>
          <w:lang w:val="es-EC"/>
        </w:rPr>
        <w:t>☐</w:t>
      </w:r>
      <w:r w:rsidRPr="00D55071">
        <w:rPr>
          <w:lang w:val="es-EC"/>
        </w:rPr>
        <w:t xml:space="preserve"> Otro (especificar): ____________________________</w:t>
      </w:r>
      <w:r w:rsidR="00016460">
        <w:rPr>
          <w:lang w:val="es-EC"/>
        </w:rPr>
        <w:t>______________________________________________________________________________________________________________________________________________________________________________________</w:t>
      </w:r>
      <w:r w:rsidR="00471A41">
        <w:rPr>
          <w:lang w:val="es-EC"/>
        </w:rPr>
        <w:t>________________________________</w:t>
      </w:r>
    </w:p>
    <w:p w14:paraId="700CC658" w14:textId="337B34F1" w:rsidR="00CC1A95" w:rsidRPr="00D55071" w:rsidRDefault="00730946" w:rsidP="00D55071">
      <w:pPr>
        <w:rPr>
          <w:b/>
          <w:bCs/>
          <w:lang w:val="es-EC"/>
        </w:rPr>
      </w:pPr>
      <w:r w:rsidRPr="00D55071">
        <w:rPr>
          <w:b/>
          <w:bCs/>
          <w:lang w:val="es-EC"/>
        </w:rPr>
        <w:t>COMPROMISO</w:t>
      </w:r>
    </w:p>
    <w:p w14:paraId="50EC60DF" w14:textId="1BC84C87" w:rsidR="00F96C97" w:rsidRDefault="00730946" w:rsidP="00730946">
      <w:pPr>
        <w:rPr>
          <w:b/>
          <w:bCs/>
          <w:sz w:val="20"/>
          <w:szCs w:val="20"/>
          <w:lang w:val="es-EC"/>
        </w:rPr>
      </w:pPr>
      <w:r w:rsidRPr="00D55071">
        <w:rPr>
          <w:lang w:val="es-EC"/>
        </w:rPr>
        <w:t>Me comprometo a que mi representado(a) se ponga al día en las actividades académicas, cumpliendo con las disposiciones de la institución.</w:t>
      </w:r>
    </w:p>
    <w:p w14:paraId="5A6AEA39" w14:textId="77777777" w:rsidR="00F96C97" w:rsidRDefault="00F96C97" w:rsidP="00016460">
      <w:pPr>
        <w:spacing w:after="0" w:line="240" w:lineRule="auto"/>
        <w:rPr>
          <w:b/>
          <w:bCs/>
          <w:sz w:val="20"/>
          <w:szCs w:val="20"/>
          <w:lang w:val="es-EC"/>
        </w:rPr>
      </w:pPr>
    </w:p>
    <w:p w14:paraId="342F0F59" w14:textId="7E389DB7" w:rsidR="00F96C97" w:rsidRDefault="00F96C97" w:rsidP="00897DD7">
      <w:pPr>
        <w:spacing w:after="0" w:line="240" w:lineRule="auto"/>
        <w:jc w:val="center"/>
        <w:rPr>
          <w:b/>
          <w:bCs/>
          <w:sz w:val="20"/>
          <w:szCs w:val="20"/>
          <w:lang w:val="es-EC"/>
        </w:rPr>
      </w:pPr>
      <w:r>
        <w:rPr>
          <w:b/>
          <w:bCs/>
          <w:sz w:val="20"/>
          <w:szCs w:val="20"/>
          <w:lang w:val="es-EC"/>
        </w:rPr>
        <w:t>______________________________________</w:t>
      </w:r>
    </w:p>
    <w:p w14:paraId="54C3514B" w14:textId="622E0D7D" w:rsidR="00F96C97" w:rsidRDefault="00F96C97" w:rsidP="00730946">
      <w:pPr>
        <w:spacing w:after="0" w:line="240" w:lineRule="auto"/>
        <w:jc w:val="center"/>
        <w:rPr>
          <w:b/>
          <w:bCs/>
          <w:sz w:val="20"/>
          <w:szCs w:val="20"/>
          <w:lang w:val="es-EC"/>
        </w:rPr>
      </w:pPr>
      <w:r>
        <w:rPr>
          <w:b/>
          <w:bCs/>
          <w:sz w:val="20"/>
          <w:szCs w:val="20"/>
          <w:lang w:val="es-EC"/>
        </w:rPr>
        <w:t>FIRMA DEL REPRESENTANTE</w:t>
      </w:r>
    </w:p>
    <w:p w14:paraId="0F00F176" w14:textId="77777777" w:rsidR="00F96C97" w:rsidRDefault="00F96C97" w:rsidP="00F96C97">
      <w:pPr>
        <w:spacing w:after="0" w:line="240" w:lineRule="auto"/>
        <w:rPr>
          <w:b/>
          <w:bCs/>
          <w:sz w:val="20"/>
          <w:szCs w:val="20"/>
          <w:lang w:val="es-EC"/>
        </w:rPr>
      </w:pPr>
    </w:p>
    <w:p w14:paraId="6982BE32" w14:textId="18AAC66A" w:rsidR="00F96C97" w:rsidRDefault="00D037A9" w:rsidP="00F96C97">
      <w:pPr>
        <w:spacing w:after="0" w:line="240" w:lineRule="auto"/>
        <w:rPr>
          <w:sz w:val="20"/>
          <w:szCs w:val="20"/>
          <w:lang w:val="es-EC"/>
        </w:rPr>
      </w:pPr>
      <w:r w:rsidRPr="00016460">
        <w:rPr>
          <w:b/>
          <w:bCs/>
          <w:sz w:val="20"/>
          <w:szCs w:val="20"/>
          <w:lang w:val="es-EC"/>
        </w:rPr>
        <w:t>AVISO IMPORTANTE</w:t>
      </w:r>
    </w:p>
    <w:p w14:paraId="68AAECDF" w14:textId="4DAA13D9" w:rsidR="00722F9A" w:rsidRPr="00016460" w:rsidRDefault="00D037A9" w:rsidP="00F96C97">
      <w:pPr>
        <w:spacing w:after="0" w:line="240" w:lineRule="auto"/>
        <w:rPr>
          <w:sz w:val="20"/>
          <w:szCs w:val="20"/>
          <w:lang w:val="es-EC"/>
        </w:rPr>
      </w:pPr>
      <w:r w:rsidRPr="00016460">
        <w:rPr>
          <w:sz w:val="20"/>
          <w:szCs w:val="20"/>
          <w:lang w:val="es-EC"/>
        </w:rPr>
        <w:t>Estimados padres de familia</w:t>
      </w:r>
      <w:r w:rsidR="00F96C97">
        <w:rPr>
          <w:sz w:val="20"/>
          <w:szCs w:val="20"/>
          <w:lang w:val="es-EC"/>
        </w:rPr>
        <w:t>. No olvide i</w:t>
      </w:r>
      <w:r w:rsidR="00722F9A" w:rsidRPr="00016460">
        <w:rPr>
          <w:sz w:val="20"/>
          <w:szCs w:val="20"/>
          <w:lang w:val="es-EC"/>
        </w:rPr>
        <w:t>mprimir</w:t>
      </w:r>
      <w:r w:rsidR="00F96C97">
        <w:rPr>
          <w:sz w:val="20"/>
          <w:szCs w:val="20"/>
          <w:lang w:val="es-EC"/>
        </w:rPr>
        <w:t xml:space="preserve"> y</w:t>
      </w:r>
      <w:r w:rsidR="00722F9A" w:rsidRPr="00016460">
        <w:rPr>
          <w:sz w:val="20"/>
          <w:szCs w:val="20"/>
          <w:lang w:val="es-EC"/>
        </w:rPr>
        <w:t xml:space="preserve"> completar el documento</w:t>
      </w:r>
      <w:r w:rsidR="00F96C97">
        <w:rPr>
          <w:sz w:val="20"/>
          <w:szCs w:val="20"/>
          <w:lang w:val="es-EC"/>
        </w:rPr>
        <w:t>.</w:t>
      </w:r>
    </w:p>
    <w:p w14:paraId="2E7E9A22" w14:textId="4E4E9360" w:rsidR="00D037A9" w:rsidRPr="00016460" w:rsidRDefault="00D037A9" w:rsidP="00016460">
      <w:pPr>
        <w:spacing w:after="0"/>
        <w:rPr>
          <w:sz w:val="20"/>
          <w:szCs w:val="20"/>
          <w:lang w:val="es-EC"/>
        </w:rPr>
      </w:pPr>
      <w:r w:rsidRPr="00016460">
        <w:rPr>
          <w:sz w:val="20"/>
          <w:szCs w:val="20"/>
          <w:lang w:val="es-EC"/>
        </w:rPr>
        <w:t xml:space="preserve">Se recuerda que toda </w:t>
      </w:r>
      <w:r w:rsidRPr="00016460">
        <w:rPr>
          <w:b/>
          <w:bCs/>
          <w:sz w:val="20"/>
          <w:szCs w:val="20"/>
          <w:lang w:val="es-EC"/>
        </w:rPr>
        <w:t>justificación de inasistencias</w:t>
      </w:r>
      <w:r w:rsidRPr="00016460">
        <w:rPr>
          <w:sz w:val="20"/>
          <w:szCs w:val="20"/>
          <w:lang w:val="es-EC"/>
        </w:rPr>
        <w:t xml:space="preserve"> </w:t>
      </w:r>
      <w:r w:rsidR="00016460" w:rsidRPr="00016460">
        <w:rPr>
          <w:sz w:val="20"/>
          <w:szCs w:val="20"/>
          <w:lang w:val="es-EC"/>
        </w:rPr>
        <w:t xml:space="preserve">se </w:t>
      </w:r>
      <w:r w:rsidRPr="00016460">
        <w:rPr>
          <w:sz w:val="20"/>
          <w:szCs w:val="20"/>
          <w:lang w:val="es-EC"/>
        </w:rPr>
        <w:t>debe</w:t>
      </w:r>
      <w:r w:rsidR="00016460" w:rsidRPr="00016460">
        <w:rPr>
          <w:sz w:val="20"/>
          <w:szCs w:val="20"/>
          <w:lang w:val="es-EC"/>
        </w:rPr>
        <w:t xml:space="preserve"> subir en </w:t>
      </w:r>
      <w:r w:rsidRPr="00016460">
        <w:rPr>
          <w:sz w:val="20"/>
          <w:szCs w:val="20"/>
          <w:lang w:val="es-EC"/>
        </w:rPr>
        <w:t xml:space="preserve">archivo </w:t>
      </w:r>
      <w:r w:rsidRPr="00016460">
        <w:rPr>
          <w:b/>
          <w:bCs/>
          <w:sz w:val="20"/>
          <w:szCs w:val="20"/>
          <w:lang w:val="es-EC"/>
        </w:rPr>
        <w:t>PDF</w:t>
      </w:r>
      <w:r w:rsidRPr="00016460">
        <w:rPr>
          <w:sz w:val="20"/>
          <w:szCs w:val="20"/>
          <w:lang w:val="es-EC"/>
        </w:rPr>
        <w:t xml:space="preserve"> y </w:t>
      </w:r>
      <w:r w:rsidR="00016460" w:rsidRPr="00016460">
        <w:rPr>
          <w:sz w:val="20"/>
          <w:szCs w:val="20"/>
          <w:lang w:val="es-EC"/>
        </w:rPr>
        <w:t xml:space="preserve">cargar </w:t>
      </w:r>
      <w:r w:rsidRPr="00016460">
        <w:rPr>
          <w:sz w:val="20"/>
          <w:szCs w:val="20"/>
          <w:lang w:val="es-EC"/>
        </w:rPr>
        <w:t>en la plataforma institucional.</w:t>
      </w:r>
    </w:p>
    <w:p w14:paraId="06BECA37" w14:textId="4DF93F92" w:rsidR="00016460" w:rsidRPr="00016460" w:rsidRDefault="00D037A9" w:rsidP="00016460">
      <w:pPr>
        <w:spacing w:after="0"/>
        <w:rPr>
          <w:b/>
          <w:bCs/>
          <w:sz w:val="20"/>
          <w:szCs w:val="20"/>
          <w:lang w:val="es-EC"/>
        </w:rPr>
      </w:pPr>
      <w:r w:rsidRPr="00016460">
        <w:rPr>
          <w:rFonts w:ascii="Segoe UI Emoji" w:hAnsi="Segoe UI Emoji" w:cs="Segoe UI Emoji"/>
          <w:sz w:val="20"/>
          <w:szCs w:val="20"/>
          <w:lang w:val="es-EC"/>
        </w:rPr>
        <w:lastRenderedPageBreak/>
        <w:t>🔗</w:t>
      </w:r>
      <w:r w:rsidRPr="00016460">
        <w:rPr>
          <w:sz w:val="20"/>
          <w:szCs w:val="20"/>
          <w:lang w:val="es-EC"/>
        </w:rPr>
        <w:t xml:space="preserve"> </w:t>
      </w:r>
      <w:r w:rsidRPr="00016460">
        <w:rPr>
          <w:b/>
          <w:bCs/>
          <w:sz w:val="20"/>
          <w:szCs w:val="20"/>
          <w:lang w:val="es-EC"/>
        </w:rPr>
        <w:t>Link de acceso a la plataforma:</w:t>
      </w:r>
      <w:r w:rsidRPr="00016460">
        <w:rPr>
          <w:sz w:val="20"/>
          <w:szCs w:val="20"/>
          <w:lang w:val="es-EC"/>
        </w:rPr>
        <w:br/>
      </w:r>
      <w:hyperlink r:id="rId9" w:tgtFrame="_new" w:history="1">
        <w:r w:rsidRPr="00016460">
          <w:rPr>
            <w:rStyle w:val="Hipervnculo"/>
            <w:sz w:val="20"/>
            <w:szCs w:val="20"/>
            <w:lang w:val="es-EC"/>
          </w:rPr>
          <w:t>https://sistema.hermanomiguel.atuntaqui.lasalle.ec/ingreso</w:t>
        </w:r>
      </w:hyperlink>
    </w:p>
    <w:sectPr w:rsidR="00016460" w:rsidRPr="00016460" w:rsidSect="00471A41">
      <w:pgSz w:w="12240" w:h="15840"/>
      <w:pgMar w:top="851" w:right="1183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4109725">
    <w:abstractNumId w:val="8"/>
  </w:num>
  <w:num w:numId="2" w16cid:durableId="1517235686">
    <w:abstractNumId w:val="6"/>
  </w:num>
  <w:num w:numId="3" w16cid:durableId="1242568311">
    <w:abstractNumId w:val="5"/>
  </w:num>
  <w:num w:numId="4" w16cid:durableId="469982872">
    <w:abstractNumId w:val="4"/>
  </w:num>
  <w:num w:numId="5" w16cid:durableId="181939210">
    <w:abstractNumId w:val="7"/>
  </w:num>
  <w:num w:numId="6" w16cid:durableId="342901079">
    <w:abstractNumId w:val="3"/>
  </w:num>
  <w:num w:numId="7" w16cid:durableId="630672670">
    <w:abstractNumId w:val="2"/>
  </w:num>
  <w:num w:numId="8" w16cid:durableId="1798064114">
    <w:abstractNumId w:val="1"/>
  </w:num>
  <w:num w:numId="9" w16cid:durableId="1172529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460"/>
    <w:rsid w:val="00034616"/>
    <w:rsid w:val="0006063C"/>
    <w:rsid w:val="0015074B"/>
    <w:rsid w:val="001A455C"/>
    <w:rsid w:val="0029639D"/>
    <w:rsid w:val="00326F90"/>
    <w:rsid w:val="00396A3E"/>
    <w:rsid w:val="003B14D7"/>
    <w:rsid w:val="00471A41"/>
    <w:rsid w:val="00492E66"/>
    <w:rsid w:val="004F4F94"/>
    <w:rsid w:val="005324EE"/>
    <w:rsid w:val="00722F9A"/>
    <w:rsid w:val="00730946"/>
    <w:rsid w:val="00897DD7"/>
    <w:rsid w:val="00A1223D"/>
    <w:rsid w:val="00AA1D8D"/>
    <w:rsid w:val="00AF3DAD"/>
    <w:rsid w:val="00B47045"/>
    <w:rsid w:val="00B47730"/>
    <w:rsid w:val="00C57535"/>
    <w:rsid w:val="00CB0664"/>
    <w:rsid w:val="00CC1A95"/>
    <w:rsid w:val="00D037A9"/>
    <w:rsid w:val="00D461AC"/>
    <w:rsid w:val="00D55071"/>
    <w:rsid w:val="00D8766D"/>
    <w:rsid w:val="00F86239"/>
    <w:rsid w:val="00F96C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650EB"/>
  <w14:defaultImageDpi w14:val="300"/>
  <w15:docId w15:val="{95136E71-16BD-4F81-BD16-323AA3D11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D037A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03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1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stema.hermanomiguel.atuntaqui.lasalle.ec/ingres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BELEN CHAUCA</cp:lastModifiedBy>
  <cp:revision>2</cp:revision>
  <cp:lastPrinted>2025-09-18T13:44:00Z</cp:lastPrinted>
  <dcterms:created xsi:type="dcterms:W3CDTF">2026-09-24T15:43:00Z</dcterms:created>
  <dcterms:modified xsi:type="dcterms:W3CDTF">2026-09-24T15:43:00Z</dcterms:modified>
  <cp:category/>
</cp:coreProperties>
</file>